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Basel Abdelsalam</w:t>
      </w:r>
    </w:p>
    <w:p>
      <w:pPr>
        <w:spacing w:after="120"/>
      </w:pPr>
      <w:r>
        <w:rPr>
          <w:b/>
          <w:color w:val="234E69"/>
          <w:sz w:val="24"/>
        </w:rPr>
        <w:t>Product Engineer</w:t>
      </w:r>
    </w:p>
    <w:p>
      <w:pPr>
        <w:spacing w:after="20"/>
      </w:pPr>
      <w:r>
        <w:rPr>
          <w:color w:val="4C5965"/>
          <w:sz w:val="18"/>
        </w:rPr>
        <w:t>Cairo, Egypt | besoabdo.ba@gmail.com | +20 109 642 0379</w:t>
      </w:r>
    </w:p>
    <w:p>
      <w:pPr>
        <w:spacing w:after="20"/>
      </w:pPr>
      <w:r>
        <w:rPr>
          <w:color w:val="4C5965"/>
          <w:sz w:val="18"/>
        </w:rPr>
        <w:t>linkedin.com/in/basel-abdel-salam-3380223b2</w:t>
      </w:r>
    </w:p>
    <w:p>
      <w:pPr>
        <w:pStyle w:val="Heading1"/>
      </w:pPr>
      <w:r>
        <w:t>Profile</w:t>
      </w:r>
    </w:p>
    <w:p>
      <w:pPr>
        <w:keepLines/>
      </w:pPr>
      <w:r>
        <w:t>Computer Science student building full-stack web products and workflow automation. Translate customer support needs into practical interfaces, backend APIs, payment reconciliation, and reliability improvements.</w:t>
      </w:r>
    </w:p>
    <w:p>
      <w:pPr>
        <w:pStyle w:val="Heading1"/>
      </w:pPr>
      <w:r>
        <w:t>Technical skills</w:t>
      </w:r>
    </w:p>
    <w:p>
      <w:pPr>
        <w:keepLines/>
      </w:pPr>
      <w:r>
        <w:rPr>
          <w:b/>
        </w:rPr>
        <w:t>Languages:</w:t>
      </w:r>
      <w:r>
        <w:t xml:space="preserve"> TypeScript, JavaScript, Python, SQL, C++</w:t>
      </w:r>
    </w:p>
    <w:p>
      <w:pPr>
        <w:keepLines/>
      </w:pPr>
      <w:r>
        <w:rPr>
          <w:b/>
        </w:rPr>
        <w:t>Frontend:</w:t>
      </w:r>
      <w:r>
        <w:t xml:space="preserve"> React, Vite, Tailwind CSS, responsive HTML/CSS</w:t>
      </w:r>
    </w:p>
    <w:p>
      <w:pPr>
        <w:keepLines/>
      </w:pPr>
      <w:r>
        <w:rPr>
          <w:b/>
        </w:rPr>
        <w:t>Backend:</w:t>
      </w:r>
      <w:r>
        <w:t xml:space="preserve"> Node.js, REST APIs, PostgreSQL, SQLite, webhooks</w:t>
      </w:r>
    </w:p>
    <w:p>
      <w:pPr>
        <w:keepLines/>
      </w:pPr>
      <w:r>
        <w:rPr>
          <w:b/>
        </w:rPr>
        <w:t>Tools:</w:t>
      </w:r>
      <w:r>
        <w:t xml:space="preserve"> Git/GitHub, Render, Vercel, Telegram Bot API, Playwright, API testing</w:t>
      </w:r>
    </w:p>
    <w:p>
      <w:pPr>
        <w:pStyle w:val="Heading1"/>
      </w:pPr>
      <w:r>
        <w:t>Selected engineering projects</w:t>
      </w:r>
    </w:p>
    <w:p>
      <w:pPr>
        <w:keepNext/>
        <w:spacing w:before="80" w:after="20"/>
      </w:pPr>
      <w:r>
        <w:rPr>
          <w:b/>
          <w:sz w:val="21"/>
        </w:rPr>
        <w:t>Breakers Vault</w:t>
      </w:r>
    </w:p>
    <w:p>
      <w:pPr>
        <w:keepNext/>
        <w:spacing w:after="60"/>
      </w:pPr>
      <w:r>
        <w:rPr>
          <w:color w:val="4C5965"/>
          <w:sz w:val="18"/>
        </w:rPr>
        <w:t>Python, PostgreSQL, SQLite, JavaScript, Render</w:t>
      </w:r>
    </w:p>
    <w:p>
      <w:pPr>
        <w:keepLines/>
        <w:ind w:left="180" w:hanging="180"/>
      </w:pPr>
      <w:r>
        <w:t>- Built account inventory and delivery workflows with variant availability, delivery history, role-aware administration, and Arabic-aware search using aliases, keyboard-layout correction, and fuzzy matching.</w:t>
      </w:r>
    </w:p>
    <w:p>
      <w:pPr>
        <w:keepLines/>
        <w:ind w:left="180" w:hanging="180"/>
      </w:pPr>
      <w:r>
        <w:t>- Implemented staff TOTP authentication, single-use recovery codes, session revocation, six-hour inactivity expiry, a twelve-hour maximum session lifetime, and hash-based Content Security Policy.</w:t>
      </w:r>
    </w:p>
    <w:p>
      <w:pPr>
        <w:keepLines/>
        <w:ind w:left="180" w:hanging="180"/>
      </w:pPr>
      <w:r>
        <w:t>- Moved hosted migrations out of web startup; added lock, statement, and idle-transaction timeouts plus separate readiness and liveness checks.</w:t>
      </w:r>
    </w:p>
    <w:p>
      <w:pPr>
        <w:keepNext/>
        <w:spacing w:before="80" w:after="20"/>
      </w:pPr>
      <w:r>
        <w:rPr>
          <w:b/>
          <w:sz w:val="21"/>
        </w:rPr>
        <w:t>Breakers Payment</w:t>
      </w:r>
    </w:p>
    <w:p>
      <w:pPr>
        <w:keepNext/>
        <w:spacing w:after="60"/>
      </w:pPr>
      <w:r>
        <w:rPr>
          <w:color w:val="4C5965"/>
          <w:sz w:val="18"/>
        </w:rPr>
        <w:t>Node.js, PostgreSQL, REST APIs, Telegram, Render</w:t>
      </w:r>
    </w:p>
    <w:p>
      <w:pPr>
        <w:keepLines/>
        <w:ind w:left="180" w:hanging="180"/>
      </w:pPr>
      <w:r>
        <w:t>- Built a transfer-confirmation gateway that parses bank notifications, matches amount and reference to orders, prevents duplicate receipt matching, and sends authenticated confirmation callbacks.</w:t>
      </w:r>
    </w:p>
    <w:p>
      <w:pPr>
        <w:keepLines/>
        <w:ind w:left="180" w:hanging="180"/>
      </w:pPr>
      <w:r>
        <w:t>- Developed order creation and confirmation-status APIs, retry and review states, searchable admin workflows, and checkout fee breakdowns.</w:t>
      </w:r>
    </w:p>
    <w:p>
      <w:pPr>
        <w:keepNext/>
        <w:spacing w:before="80" w:after="20"/>
      </w:pPr>
      <w:r>
        <w:rPr>
          <w:b/>
          <w:sz w:val="21"/>
        </w:rPr>
        <w:t>LootPad</w:t>
      </w:r>
    </w:p>
    <w:p>
      <w:pPr>
        <w:keepNext/>
        <w:spacing w:after="60"/>
      </w:pPr>
      <w:r>
        <w:rPr>
          <w:color w:val="4C5965"/>
          <w:sz w:val="18"/>
        </w:rPr>
        <w:t>React, TypeScript, Vite, Tailwind CSS, Telegram Mini Apps</w:t>
      </w:r>
    </w:p>
    <w:p>
      <w:pPr>
        <w:keepLines/>
        <w:ind w:left="180" w:hanging="180"/>
      </w:pPr>
      <w:r>
        <w:t>- Built a Telegram rewards app with daily activities, referrals, achievements, balances, and withdrawal history; refined mobile navigation and progress displays.</w:t>
      </w:r>
    </w:p>
    <w:p>
      <w:pPr>
        <w:keepLines/>
        <w:ind w:left="180" w:hanging="180"/>
      </w:pPr>
      <w:r>
        <w:t>- Converted the deployment architecture to a Vite SPA to address hosting issues and simplify frontend delivery.</w:t>
      </w:r>
    </w:p>
    <w:p>
      <w:pPr>
        <w:keepNext/>
        <w:spacing w:before="80" w:after="20"/>
      </w:pPr>
      <w:r>
        <w:rPr>
          <w:b/>
          <w:sz w:val="21"/>
        </w:rPr>
        <w:t>Telegram Browser Automation</w:t>
      </w:r>
    </w:p>
    <w:p>
      <w:pPr>
        <w:keepNext/>
        <w:spacing w:after="60"/>
      </w:pPr>
      <w:r>
        <w:rPr>
          <w:color w:val="4C5965"/>
          <w:sz w:val="18"/>
        </w:rPr>
        <w:t>Python, Playwright</w:t>
      </w:r>
    </w:p>
    <w:p>
      <w:pPr>
        <w:keepLines/>
        <w:ind w:left="180" w:hanging="180"/>
      </w:pPr>
      <w:r>
        <w:t>- Developed a multi-step workflow with persisted authorization, regional inputs, session cleanup, user-provided 2FA codes, and retry handling.</w:t>
      </w:r>
    </w:p>
    <w:p>
      <w:pPr>
        <w:pStyle w:val="Heading1"/>
      </w:pPr>
      <w:r>
        <w:t>Experience</w:t>
      </w:r>
    </w:p>
    <w:p>
      <w:pPr>
        <w:keepNext/>
        <w:spacing w:before="80" w:after="20"/>
      </w:pPr>
      <w:r>
        <w:rPr>
          <w:b/>
          <w:sz w:val="21"/>
        </w:rPr>
        <w:t>Customer &amp; Technical Support</w:t>
      </w:r>
    </w:p>
    <w:p>
      <w:pPr>
        <w:keepNext/>
        <w:spacing w:after="60"/>
      </w:pPr>
      <w:r>
        <w:rPr>
          <w:color w:val="4C5965"/>
          <w:sz w:val="18"/>
        </w:rPr>
        <w:t>Breakers Store | May 2025 - Present</w:t>
      </w:r>
    </w:p>
    <w:p>
      <w:pPr>
        <w:keepLines/>
        <w:ind w:left="180" w:hanging="180"/>
      </w:pPr>
      <w:r>
        <w:t>- Support customers and translate recurring payment and account-delivery issues into software requirements and clearer operational workflows.</w:t>
      </w:r>
    </w:p>
    <w:p>
      <w:pPr>
        <w:keepLines/>
        <w:ind w:left="180" w:hanging="180"/>
      </w:pPr>
      <w:r>
        <w:t>- Investigate service availability and PostgreSQL locking incidents; document recovery procedures and implement changes to startup and transaction handling.</w:t>
      </w:r>
    </w:p>
    <w:p>
      <w:pPr>
        <w:pStyle w:val="Heading1"/>
      </w:pPr>
      <w:r>
        <w:t>Education &amp; languages</w:t>
      </w:r>
    </w:p>
    <w:p>
      <w:pPr>
        <w:keepLines/>
      </w:pPr>
      <w:r>
        <w:t>B.S. Computer Science (Cybersecurity) | British University in Egypt | Expected 2027</w:t>
      </w:r>
    </w:p>
    <w:p>
      <w:pPr>
        <w:keepLines/>
      </w:pPr>
      <w:r>
        <w:t>STEM High School graduate | Arabic: Native | English: Professional proficiency</w:t>
      </w:r>
    </w:p>
    <w:sectPr w:rsidR="00FC693F" w:rsidRPr="0006063C" w:rsidSect="00034616">
      <w:pgSz w:w="11905" w:h="16838"/>
      <w:pgMar w:top="749" w:right="893" w:bottom="691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36" w:lineRule="exact" w:after="60"/>
    </w:pPr>
    <w:rPr>
      <w:rFonts w:ascii="Arial" w:hAnsi="Arial"/>
      <w:color w:val="172536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 w:line="240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234E69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Basel Abdelsalam Product Engineer Resume</dc:title>
  <dc:subject/>
  <dc:creator>Basel Abdelsalam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